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E3018" w14:textId="3B5C9BAB" w:rsidR="00EB5DA3" w:rsidRPr="006F4FDD" w:rsidRDefault="00000000" w:rsidP="0088601B">
      <w:pPr>
        <w:spacing w:after="95" w:line="640" w:lineRule="exact"/>
        <w:jc w:val="center"/>
        <w:rPr>
          <w:rFonts w:ascii="TH SarabunPSK" w:hAnsi="TH SarabunPSK" w:cs="TH SarabunPSK"/>
          <w:sz w:val="32"/>
          <w:szCs w:val="32"/>
        </w:rPr>
      </w:pPr>
      <w:proofErr w:type="spellStart"/>
      <w:r w:rsidRPr="006F4FDD">
        <w:rPr>
          <w:rFonts w:ascii="TH SarabunPSK" w:hAnsi="TH SarabunPSK" w:cs="TH SarabunPSK" w:hint="cs"/>
          <w:b/>
          <w:bCs/>
          <w:color w:val="663286"/>
          <w:sz w:val="56"/>
          <w:szCs w:val="56"/>
        </w:rPr>
        <w:t>สัญญาจ้างติดตั้ง</w:t>
      </w:r>
      <w:proofErr w:type="spellEnd"/>
    </w:p>
    <w:p w14:paraId="7B17EDDE" w14:textId="77777777" w:rsidR="00EB5DA3" w:rsidRPr="006F4FDD" w:rsidRDefault="00000000" w:rsidP="0088601B">
      <w:pPr>
        <w:spacing w:after="337" w:line="640" w:lineRule="exact"/>
        <w:jc w:val="center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b/>
          <w:bCs/>
          <w:color w:val="663286"/>
          <w:sz w:val="56"/>
          <w:szCs w:val="56"/>
        </w:rPr>
        <w:t>ระบบผลิตไฟฟ้าพลังงานแสงอาทิตย์</w:t>
      </w:r>
    </w:p>
    <w:p w14:paraId="600D6617" w14:textId="77777777" w:rsidR="00EB5DA3" w:rsidRPr="006F4FDD" w:rsidRDefault="00000000" w:rsidP="006F4FDD">
      <w:pPr>
        <w:spacing w:after="12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สัญญาเลขที่ ................................................</w:t>
      </w:r>
    </w:p>
    <w:p w14:paraId="7D1277B6" w14:textId="77777777" w:rsidR="00EB5DA3" w:rsidRPr="006F4FDD" w:rsidRDefault="00000000" w:rsidP="006F4FDD">
      <w:pPr>
        <w:spacing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สัญญาฉบับนี้ทำขึ้น ณ ...........................................................................................................................</w:t>
      </w:r>
    </w:p>
    <w:p w14:paraId="48878EE2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ตำบล/แขวง............................................. อำเภอ/เขต............................................. จังหวัด..........................</w:t>
      </w:r>
    </w:p>
    <w:p w14:paraId="1381410E" w14:textId="77777777" w:rsidR="00EB5DA3" w:rsidRPr="006F4FDD" w:rsidRDefault="00000000" w:rsidP="006F4FDD">
      <w:pPr>
        <w:spacing w:after="12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................... เมื่อวันที่ ............ เดือน ............................................. พ.ศ. ............</w:t>
      </w:r>
    </w:p>
    <w:p w14:paraId="60A97E77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ระหว่าง นาย/นาง/นางสาว ...................................................................................................................</w:t>
      </w:r>
    </w:p>
    <w:p w14:paraId="616586E7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เลขประจำตัวประชาชน ................................................ อยู่บ้านเลขที่ .......... หมู่ที่ .......... ซอย .......... ถนน</w:t>
      </w:r>
    </w:p>
    <w:p w14:paraId="0EF5266F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...................... ตำบล/แขวง ............................. อำเภอ/เขต ............................. จังหวัด .................................</w:t>
      </w:r>
    </w:p>
    <w:p w14:paraId="6DD033FB" w14:textId="77777777" w:rsidR="00EB5DA3" w:rsidRPr="006F4FDD" w:rsidRDefault="00000000" w:rsidP="006F4FDD">
      <w:pPr>
        <w:spacing w:after="12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โทรศัพท์ ................................ ซึ่งต่อไปในสัญญานี้เรียกว่า “ผู้ว่าจ้าง” ฝ่ายหนึ่ง</w:t>
      </w:r>
    </w:p>
    <w:p w14:paraId="67672535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กับ บริษัท/ห้างหุ้นส่วน ..........................................................................................................................</w:t>
      </w:r>
    </w:p>
    <w:p w14:paraId="7B0B5A5C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เลขทะเบียนนิติบุคคล ........................................ สำนักงานใหญ่ตั้งอยู่เลขที่ .......... หมู่ที่ .......... ซอย ..........</w:t>
      </w:r>
    </w:p>
    <w:p w14:paraId="7D968224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ถนน ...................... ตำบล/แขวง ...................... อำเภอ/เขต ...................... จังหวัด ...................... โทรศัพท์</w:t>
      </w:r>
    </w:p>
    <w:p w14:paraId="120B8FB3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...................... โดย นาย/นาง/นางสาว ................................................................................</w:t>
      </w:r>
    </w:p>
    <w:p w14:paraId="609479CD" w14:textId="77777777" w:rsidR="00EB5DA3" w:rsidRPr="006F4FDD" w:rsidRDefault="00000000" w:rsidP="006F4FDD">
      <w:pPr>
        <w:spacing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ซึ่งเป็นผู้มีอำนาจลงนามผูกพันนิติบุคคล หรือผู้รับมอบอำนาจตามหนังสือมอบอำนาจลง วันที่ ............ เดือน</w:t>
      </w:r>
    </w:p>
    <w:p w14:paraId="3B119B05" w14:textId="77777777" w:rsidR="00EB5DA3" w:rsidRPr="006F4FDD" w:rsidRDefault="00000000" w:rsidP="006F4FDD">
      <w:pPr>
        <w:spacing w:after="12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.......................... พ.ศ. ............ ซึ่งต่อไปในสัญญานี้เรียกว่า “ผู้รับจ้าง” อีกฝ่ายหนึ่ง</w:t>
      </w:r>
    </w:p>
    <w:p w14:paraId="2D74D7B9" w14:textId="77777777" w:rsidR="00EB5DA3" w:rsidRPr="006F4FDD" w:rsidRDefault="00000000" w:rsidP="006F4FDD">
      <w:pPr>
        <w:spacing w:after="16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คู่สัญญาทั้งสองฝ่ายตกลงทำสัญญากัน โดยมีข้อความดังต่อไปนี้</w:t>
      </w:r>
    </w:p>
    <w:p w14:paraId="7684A3ED" w14:textId="77777777" w:rsidR="00EB5DA3" w:rsidRPr="006F4FDD" w:rsidRDefault="00000000" w:rsidP="006F4FDD">
      <w:pPr>
        <w:spacing w:after="174" w:line="396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b/>
          <w:bCs/>
          <w:color w:val="663286"/>
          <w:sz w:val="36"/>
          <w:szCs w:val="36"/>
        </w:rPr>
        <w:t>ข้อ 1 วัตถุประสงค์และลักษณะการจ้าง</w:t>
      </w:r>
    </w:p>
    <w:p w14:paraId="5991C57D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ผู้ว่าจ้างตกลงจ้างและผู้รับจ้างตกลงรับจ้างสำรวจ ออกแบบ จัดหาอุปกรณ์ ขนส่ง ติดตั้ง และดำเนินการอื่นใด</w:t>
      </w:r>
    </w:p>
    <w:p w14:paraId="48523922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ที่เกี่ยวข้องกับการติดตั้งระบบผลิตไฟฟ้าพลังงานแสงอาทิตย์ เพื่อให้ได้ระบบที่มีคุณภาพ ปลอดภัย และ</w:t>
      </w:r>
    </w:p>
    <w:p w14:paraId="15669656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สามารถใช้งานได้ตามวัตถุประสงค์ของผู้ว่าจ้าง ซึ่งรวมถึงการจัดเตรียมเอกสาร การยื่นคำขออนุญาต การ</w:t>
      </w:r>
    </w:p>
    <w:p w14:paraId="1BA21193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ติดตามผลการพิจารณา และการดำเนินการที่เกี่ยวข้องกับการเชื่อมต่อระบบผลิตไฟฟ้าพลังงานแสงอาทิตย์</w:t>
      </w:r>
    </w:p>
    <w:p w14:paraId="3388EDF3" w14:textId="77777777" w:rsidR="00EB5DA3" w:rsidRPr="006F4FDD" w:rsidRDefault="00000000" w:rsidP="006F4FDD">
      <w:pPr>
        <w:spacing w:after="158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เข้ากับโครงข่ายไฟฟ้าของการไฟฟ้า ตามหลักเกณฑ์และข้อกำหนดของหน่วยงานที่เกี่ยวข้อง</w:t>
      </w:r>
    </w:p>
    <w:p w14:paraId="271D49F0" w14:textId="77777777" w:rsidR="00EB5DA3" w:rsidRPr="006F4FDD" w:rsidRDefault="00000000" w:rsidP="006F4FDD">
      <w:pPr>
        <w:spacing w:after="174" w:line="396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b/>
          <w:bCs/>
          <w:color w:val="663286"/>
          <w:sz w:val="36"/>
          <w:szCs w:val="36"/>
        </w:rPr>
        <w:t>ข้อ 2 เอกสารอันเป็นส่วนหนึ่งของสัญญา</w:t>
      </w:r>
    </w:p>
    <w:p w14:paraId="29AA3AAE" w14:textId="77777777" w:rsidR="00EB5DA3" w:rsidRPr="006F4FDD" w:rsidRDefault="00000000" w:rsidP="006F4FDD">
      <w:pPr>
        <w:spacing w:after="12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เอกสารดังต่อไปนี้ให้ถือเป็นส่วนหนึ่งของสัญญานี้</w:t>
      </w:r>
    </w:p>
    <w:p w14:paraId="0299EB6C" w14:textId="77777777" w:rsidR="00EB5DA3" w:rsidRPr="006F4FDD" w:rsidRDefault="00000000" w:rsidP="006F4FDD">
      <w:pPr>
        <w:spacing w:after="12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(1) รายละเอียดของวัสดุและอุปกรณ์ประกอบ</w:t>
      </w:r>
    </w:p>
    <w:p w14:paraId="65E94947" w14:textId="77777777" w:rsidR="00EB5DA3" w:rsidRPr="006F4FDD" w:rsidRDefault="00000000" w:rsidP="006F4FDD">
      <w:pPr>
        <w:spacing w:after="12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(2) ใบเสนอราคาและรายละเอียดค่าจ้าง</w:t>
      </w:r>
    </w:p>
    <w:p w14:paraId="41AD07BB" w14:textId="77777777" w:rsidR="00EB5DA3" w:rsidRPr="006F4FDD" w:rsidRDefault="00000000" w:rsidP="006F4FDD">
      <w:pPr>
        <w:spacing w:after="12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(3) รายละเอียดการรับประกันงานติดตั้ง</w:t>
      </w:r>
    </w:p>
    <w:p w14:paraId="260E60BC" w14:textId="77777777" w:rsidR="00EB5DA3" w:rsidRPr="006F4FDD" w:rsidRDefault="00000000" w:rsidP="006F4FDD">
      <w:pPr>
        <w:spacing w:after="12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(4) เอกสารการรับประกันอุปกรณ์จากผู้ผลิต</w:t>
      </w:r>
    </w:p>
    <w:p w14:paraId="10A1D0EF" w14:textId="77777777" w:rsidR="00EB5DA3" w:rsidRPr="006F4FDD" w:rsidRDefault="00000000" w:rsidP="006F4FDD">
      <w:pPr>
        <w:spacing w:after="12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(5) รายละเอียดการประกันภัยอัคคีภัยและการบริการบำรุงรักษา</w:t>
      </w:r>
    </w:p>
    <w:p w14:paraId="2AD922FD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ในกรณีที่ข้อความในเอกสารแนบท้ายสัญญาขัดหรือแย้งกับข้อความในสัญญานี้ ให้ใช้ข้อความในสัญญานี้</w:t>
      </w:r>
    </w:p>
    <w:p w14:paraId="6720064B" w14:textId="77777777" w:rsidR="00EB5DA3" w:rsidRPr="006F4FDD" w:rsidRDefault="00000000" w:rsidP="006F4FDD">
      <w:pPr>
        <w:spacing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บังคับ</w:t>
      </w:r>
    </w:p>
    <w:p w14:paraId="529E68E6" w14:textId="77777777" w:rsidR="00EB5DA3" w:rsidRPr="006F4FDD" w:rsidRDefault="00EB5DA3" w:rsidP="006F4FDD">
      <w:pPr>
        <w:rPr>
          <w:rFonts w:ascii="TH SarabunPSK" w:hAnsi="TH SarabunPSK" w:cs="TH SarabunPSK"/>
          <w:sz w:val="32"/>
          <w:szCs w:val="32"/>
        </w:rPr>
        <w:sectPr w:rsidR="00EB5DA3" w:rsidRPr="006F4FDD">
          <w:headerReference w:type="default" r:id="rId8"/>
          <w:footerReference w:type="default" r:id="rId9"/>
          <w:pgSz w:w="11906" w:h="16838"/>
          <w:pgMar w:top="1134" w:right="1048" w:bottom="640" w:left="1106" w:header="0" w:footer="580" w:gutter="0"/>
          <w:cols w:space="720"/>
          <w:docGrid w:linePitch="360"/>
        </w:sectPr>
      </w:pPr>
    </w:p>
    <w:p w14:paraId="222B30D9" w14:textId="77777777" w:rsidR="00EB5DA3" w:rsidRPr="006F4FDD" w:rsidRDefault="00000000" w:rsidP="006F4FDD">
      <w:pPr>
        <w:spacing w:after="174" w:line="396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b/>
          <w:bCs/>
          <w:color w:val="663286"/>
          <w:sz w:val="36"/>
          <w:szCs w:val="36"/>
        </w:rPr>
        <w:lastRenderedPageBreak/>
        <w:t>ข้อ 3 รายละเอียดระบบ มาตรฐานอุปกรณ์และการติดตั้ง</w:t>
      </w:r>
    </w:p>
    <w:p w14:paraId="6DFDC0E2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ผู้รับจ้างตกลงติดตั้งระบบผลิตไฟฟ้าพลังงานแสงอาทิตย์โดยเชื่อมต่อเข้ากับเครื่องวัดไฟฟ้าของ บ้านเลขที่</w:t>
      </w:r>
    </w:p>
    <w:p w14:paraId="3ADD85F4" w14:textId="77777777" w:rsidR="00EB5DA3" w:rsidRPr="006F4FDD" w:rsidRDefault="00000000" w:rsidP="006F4FDD">
      <w:pPr>
        <w:spacing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............. .หมู่ที่ ............ ซอย .............................. ถนน ............................................. ตำบล/แขวง</w:t>
      </w:r>
    </w:p>
    <w:p w14:paraId="5F68B230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................................... อำเภอ/เขต .................................. จังหวัด ...................................</w:t>
      </w:r>
    </w:p>
    <w:p w14:paraId="4E88BF64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ขนาดกำลังผลิตติดตั้งรวมไม่น้อยกว่า ......................... กิโลวัตต์สูงสุด (kWp) โดยมีรายละเอียดของวัสดุ</w:t>
      </w:r>
    </w:p>
    <w:p w14:paraId="6F234501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อุปกรณ์ ตามที่กำหนดไว้ในเอกสารแนบท้ายสัญญา วัสดุและอุปกรณ์ทั้งหมดที่นำมาใช้ในการติดตั้งต้อง</w:t>
      </w:r>
    </w:p>
    <w:p w14:paraId="371B23DC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เป็นของใหม่ ไม่เคยผ่านการใช้งานมาก่อน มีคุณภาพและคุณลักษณะเป็นไปตามมาตรฐานผลิตภัณฑ์</w:t>
      </w:r>
    </w:p>
    <w:p w14:paraId="273B895D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มาตรฐานทางวิศวกรรม และหลักเกณฑ์ที่เกี่ยวข้อง ผู้รับจ้างจะเปลี่ยนแปลงรายละเอียด</w:t>
      </w:r>
    </w:p>
    <w:p w14:paraId="3211717A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คุณลักษณะเฉพาะหรือรายการอุปกรณ์จากที่กำหนดไว้ในเอกสารแนบท้ายสัญญามิได้</w:t>
      </w:r>
    </w:p>
    <w:p w14:paraId="623B341A" w14:textId="77777777" w:rsidR="00EB5DA3" w:rsidRPr="006F4FDD" w:rsidRDefault="00000000" w:rsidP="006F4FDD">
      <w:pPr>
        <w:spacing w:after="12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เว้นแต่ได้รับความยินยอมจากผู้ว่าจ้างก่อนดำเนินการ</w:t>
      </w:r>
    </w:p>
    <w:p w14:paraId="144AC109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ผู้รับจ้างต้องดำเนินการติดตั้งและทดสอบระบบให้เป็นไปตามมาตรฐานการติดตั้งทางไฟฟ้าสำหรับประเทศ</w:t>
      </w:r>
    </w:p>
    <w:p w14:paraId="12DC25DA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ไทย และมาตรฐานการติดตั้งทางไฟฟ้าสำหรับประเทศไทย (ระบบการผลิตไฟฟ้าพลังงานแสงอาทิตย์และ</w:t>
      </w:r>
    </w:p>
    <w:p w14:paraId="22A4DCC9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ระบบกักเก็บพลังงานแบตเตอรี่) ของวิศวกรรมสถานแห่งประเทศไทย ในพระบรมราชูปถัมภ์ (วสท.)</w:t>
      </w:r>
    </w:p>
    <w:p w14:paraId="29B6D487" w14:textId="77777777" w:rsidR="00EB5DA3" w:rsidRPr="006F4FDD" w:rsidRDefault="00000000" w:rsidP="006F4FDD">
      <w:pPr>
        <w:spacing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โดยต้องจัดให้มีวิศวกรลงนามรับรองแบบทางวิศวกรรมไฟฟ้าและโครงสร้างทางวิศวกรรมโยธา และเป็น</w:t>
      </w:r>
    </w:p>
    <w:p w14:paraId="6603F9C9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ผู้ได้รับใบอนุญาตประกอบวิชาชีพวิศวกรรมควบคุม ระดับภาคีวิศวกรขึ้นไป พร้อมเอกสารใบอนุญาต</w:t>
      </w:r>
    </w:p>
    <w:p w14:paraId="41927D72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การประกอบอาชีพวิศวกรรมตามข้อกำหนดของสภาวิศวกร รวมทั้งจัดให้มีวิศวกรผู้ควบคุมงาน ผู้ได้รับ</w:t>
      </w:r>
    </w:p>
    <w:p w14:paraId="2BE347B2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ใบอนุญาตประกอบวิชาชีพวิศวกรรมควบคุมตามกฎหมาย และเป็นผู้รับผิดชอบการออกแบบ ควบคุม</w:t>
      </w:r>
    </w:p>
    <w:p w14:paraId="494243DE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และรับรองการติดตั้งระบบผลิตไฟฟ้าพลังงานแสงอาทิตย์ ตามสัญญานี้ ผู้รับจ้างต้องส่งมอบแบบตาม</w:t>
      </w:r>
    </w:p>
    <w:p w14:paraId="0E326B13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ที่ได้สร้างและติดตั้งจริงหน้างาน (As-built Drawing , Single Line Diagram) ซึ่งลงนามรับรองแบบทาง</w:t>
      </w:r>
    </w:p>
    <w:p w14:paraId="3F42800F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วิศวกรรมไฟฟ้าและโครงสร้างทางวิศวกรรมโยธาโดยวิศวกรผู้ได้รับใบอนุญาตประกอบวิชาชีพวิศวกรรม</w:t>
      </w:r>
    </w:p>
    <w:p w14:paraId="75379637" w14:textId="77777777" w:rsidR="00EB5DA3" w:rsidRPr="006F4FDD" w:rsidRDefault="00000000" w:rsidP="006F4FDD">
      <w:pPr>
        <w:spacing w:after="16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ควบคุม ระดับภาคีวิศวกรขึ้นไป และคู่มือการใช้งานและบำรุงรักษา</w:t>
      </w:r>
    </w:p>
    <w:p w14:paraId="708AA2DB" w14:textId="77777777" w:rsidR="00EB5DA3" w:rsidRPr="006F4FDD" w:rsidRDefault="00000000" w:rsidP="006F4FDD">
      <w:pPr>
        <w:spacing w:after="174" w:line="396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b/>
          <w:bCs/>
          <w:color w:val="663286"/>
          <w:sz w:val="36"/>
          <w:szCs w:val="36"/>
        </w:rPr>
        <w:t>ข้อ 4 การสำรวจและตรวจสอบสถานที่ติดตั้ง</w:t>
      </w:r>
    </w:p>
    <w:p w14:paraId="11969489" w14:textId="77777777" w:rsidR="00EB5DA3" w:rsidRPr="006F4FDD" w:rsidRDefault="00000000" w:rsidP="006F4FDD">
      <w:pPr>
        <w:spacing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ก่อนดำเนินการติดตั้ง ผู้รับจ้างต้องสำรวจและตรวจสอบความเหมาะสมของสถานที่ติดตั้ง รวมถึงสภาพพื้นที่</w:t>
      </w:r>
    </w:p>
    <w:p w14:paraId="58CD11AD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ติดตั้ง โครงสร้างรองรับระบบ ระบบไฟฟ้า และองค์ประกอบอื่นที่เกี่ยวข้อง เพื่อให้มั่นใจว่าสามารถติดตั้ง</w:t>
      </w:r>
    </w:p>
    <w:p w14:paraId="4E2C05BE" w14:textId="77777777" w:rsidR="00EB5DA3" w:rsidRPr="006F4FDD" w:rsidRDefault="00000000" w:rsidP="006F4FDD">
      <w:pPr>
        <w:spacing w:after="12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ระบบผลิตไฟฟ้าพลังงานแสงอาทิตย์ได้อย่างปลอดภัยและเป็นไปตามมาตรฐานที่เกี่ยวข้อง</w:t>
      </w:r>
    </w:p>
    <w:p w14:paraId="09E53972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หากพบว่ามีความจำเป็นต้องปรับปรุงหรือเสริมความแข็งแรงของโครงสร้างรองรับระบบ เพื่อให้สามารถ</w:t>
      </w:r>
    </w:p>
    <w:p w14:paraId="39D981B6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รองรับการติดตั้งระบบผลิตไฟฟ้าพลังงานแสงอาทิตย์ได้อย่างปลอดภัย งานปรับปรุงหรือเสริมความแข็งแรง</w:t>
      </w:r>
    </w:p>
    <w:p w14:paraId="6851FEE7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ของโครงสร้างรองรับระบบดังกล่าวไม่อยู่ในขอบเขตงานตามสัญญานี้ และผู้ว่าจ้างต้องเป็นผู้รับผิดชอบ</w:t>
      </w:r>
    </w:p>
    <w:p w14:paraId="2CACD151" w14:textId="77777777" w:rsidR="00EB5DA3" w:rsidRPr="006F4FDD" w:rsidRDefault="00000000" w:rsidP="006F4FDD">
      <w:pPr>
        <w:spacing w:after="16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ค่าใช้จ่ายเอง</w:t>
      </w:r>
    </w:p>
    <w:p w14:paraId="7CE6CB64" w14:textId="77777777" w:rsidR="00EB5DA3" w:rsidRPr="006F4FDD" w:rsidRDefault="00000000" w:rsidP="006F4FDD">
      <w:pPr>
        <w:spacing w:after="174" w:line="396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b/>
          <w:bCs/>
          <w:color w:val="663286"/>
          <w:sz w:val="36"/>
          <w:szCs w:val="36"/>
        </w:rPr>
        <w:t>ข้อ 5 ค่าจ้างและการชำระเงิน</w:t>
      </w:r>
    </w:p>
    <w:p w14:paraId="3D15B9A8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ผู้ว่าจ้างตกลงจ่ายและผู้รับจ้างตกลงรับค่าจ้างสำหรับการดำเนินงานตามสัญญานี้ เป็นเงินทั้งสิ้น</w:t>
      </w:r>
    </w:p>
    <w:p w14:paraId="05804577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.................................... บาท (.................................................................................................) ซึ่งรวม</w:t>
      </w:r>
    </w:p>
    <w:p w14:paraId="24F59B22" w14:textId="77777777" w:rsidR="00EB5DA3" w:rsidRPr="006F4FDD" w:rsidRDefault="00000000" w:rsidP="006F4FDD">
      <w:pPr>
        <w:spacing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ภาษีมูลค่าเพิ่ม และค่าใช้จ่ายอื่นใดที่เกี่ยวข้องกับการปฏิบัติตามสัญญานี้ทั้งหมดแล้ว ผู้รับจ้างไม่มีสิทธิเรียก</w:t>
      </w:r>
    </w:p>
    <w:p w14:paraId="7D4D23F7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เก็บค่าจ้างหรือค่าใช้จ่ายเพิ่มเติมจากผู้ว่าจ้าง เว้นแต่เป็นกรณีที่มีการเปลี่ยนแปลงหรือเพิ่มเติมงานโดย</w:t>
      </w:r>
    </w:p>
    <w:p w14:paraId="1369B8EA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ได้รับความยินยอมจากผู้ว่าจ้างก่อนดำเนินการ ผู้ว่าจ้างตกลงชำระค่าจ้างให้แก่ผู้รับจ้างตามจำนวนเงิน</w:t>
      </w:r>
    </w:p>
    <w:p w14:paraId="59E797FD" w14:textId="77777777" w:rsidR="00EB5DA3" w:rsidRPr="006F4FDD" w:rsidRDefault="00000000" w:rsidP="006F4FDD">
      <w:pPr>
        <w:spacing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ที่กำหนดไว้ในวรรคหนึ่ง โดยแบ่งชำระเป็นงวดตามจำนวนเงินและเงื่อนไขที่คู่สัญญาตกลงกัน ดังต่อไปนี้</w:t>
      </w:r>
    </w:p>
    <w:p w14:paraId="24BE9A7B" w14:textId="77777777" w:rsidR="00EB5DA3" w:rsidRPr="006F4FDD" w:rsidRDefault="00EB5DA3" w:rsidP="006F4FDD">
      <w:pPr>
        <w:rPr>
          <w:rFonts w:ascii="TH SarabunPSK" w:hAnsi="TH SarabunPSK" w:cs="TH SarabunPSK"/>
          <w:sz w:val="32"/>
          <w:szCs w:val="32"/>
        </w:rPr>
        <w:sectPr w:rsidR="00EB5DA3" w:rsidRPr="006F4FDD">
          <w:headerReference w:type="default" r:id="rId10"/>
          <w:footerReference w:type="default" r:id="rId11"/>
          <w:pgSz w:w="11906" w:h="16838"/>
          <w:pgMar w:top="1134" w:right="1048" w:bottom="640" w:left="1106" w:header="0" w:footer="580" w:gutter="0"/>
          <w:cols w:space="720"/>
          <w:docGrid w:linePitch="360"/>
        </w:sectPr>
      </w:pPr>
    </w:p>
    <w:p w14:paraId="3F3924CB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lastRenderedPageBreak/>
        <w:t>งวดที่ 1 จำนวนเงิน ................................ บาท (...................................................................................)</w:t>
      </w:r>
    </w:p>
    <w:p w14:paraId="0E455DDC" w14:textId="77777777" w:rsidR="00EB5DA3" w:rsidRPr="006F4FDD" w:rsidRDefault="00000000" w:rsidP="006F4FDD">
      <w:pPr>
        <w:spacing w:after="12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ชำระเมื่อ ................................................................................................................................</w:t>
      </w:r>
    </w:p>
    <w:p w14:paraId="162E79CC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งวดที่ 2 จำนวนเงิน ................................ บาท  (...................................................................................)</w:t>
      </w:r>
    </w:p>
    <w:p w14:paraId="1003356B" w14:textId="77777777" w:rsidR="00EB5DA3" w:rsidRPr="006F4FDD" w:rsidRDefault="00000000" w:rsidP="006F4FDD">
      <w:pPr>
        <w:spacing w:after="12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ชำระเมื่อ ................................................................................................................................</w:t>
      </w:r>
    </w:p>
    <w:p w14:paraId="66250716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งวดที่ 3 จำนวนเงิน ................................ บาท  (...................................................................................)</w:t>
      </w:r>
    </w:p>
    <w:p w14:paraId="358DC031" w14:textId="77777777" w:rsidR="00EB5DA3" w:rsidRPr="006F4FDD" w:rsidRDefault="00000000" w:rsidP="006F4FDD">
      <w:pPr>
        <w:spacing w:after="12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ชำระเมื่อ ................................................................................................................................</w:t>
      </w:r>
    </w:p>
    <w:p w14:paraId="1A12F28B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ทั้งนี้ ให้คู่สัญญาระบุเฉพาะงวดการชำระเงินที่ตกลงกัน และขีดฆ่าข้อความในส่วนของงวดที่ไม่ได้ใช้ โดย</w:t>
      </w:r>
    </w:p>
    <w:p w14:paraId="63EF70B2" w14:textId="77777777" w:rsidR="00EB5DA3" w:rsidRPr="006F4FDD" w:rsidRDefault="00000000" w:rsidP="006F4FDD">
      <w:pPr>
        <w:spacing w:after="12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จำนวนเงินที่ชำระทุกงวดรวมกันต้องเท่ากับค่าจ้างทั้งหมดตามที่กำหนดไว้ในวรรคหนึ่ง</w:t>
      </w:r>
    </w:p>
    <w:p w14:paraId="73C35153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การชำระค่าจ้างตามสัญญานี้ ผู้ว่าจ้างอาจชำระด้วยเงินของตนเอง หรือใช้เงินสินเชื่อจากธนาคารหรือ</w:t>
      </w:r>
    </w:p>
    <w:p w14:paraId="2713D63D" w14:textId="77777777" w:rsidR="00EB5DA3" w:rsidRPr="006F4FDD" w:rsidRDefault="00000000" w:rsidP="006F4FDD">
      <w:pPr>
        <w:spacing w:after="12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สถาบันการเงิน หรือใช้เงินทั้งสองส่วนร่วมกันก็ได้</w:t>
      </w:r>
    </w:p>
    <w:p w14:paraId="3F0EAA04" w14:textId="77777777" w:rsidR="00EB5DA3" w:rsidRPr="006F4FDD" w:rsidRDefault="00000000" w:rsidP="006F4FDD">
      <w:pPr>
        <w:spacing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ในกรณีที่ผู้ว่าจ้างใช้เงินสินเชื่อจากธนาคารหรือสถาบันการเงิน ผู้ว่าจ้างตกลงให้ธนาคารหรือสถาบันการเงิน</w:t>
      </w:r>
    </w:p>
    <w:p w14:paraId="309D3CB6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โอนเงินค่าจ้างในส่วนที่ได้รับสินเชื่อให้แก่ผู้รับจ้างโดยตรง ตามจำนวนเงินและเงื่อนไขการเบิกจ่ายสินเชื่อที่</w:t>
      </w:r>
    </w:p>
    <w:p w14:paraId="1B2EE31E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ธนาคารหรือสถาบันการเงินกำหนด โดยให้ถือว่าการโอนเงินดังกล่าวเป็นการชำระค่าจ้างตามสัญญานี้</w:t>
      </w:r>
    </w:p>
    <w:p w14:paraId="70CBB6EF" w14:textId="77777777" w:rsidR="00EB5DA3" w:rsidRPr="006F4FDD" w:rsidRDefault="00000000" w:rsidP="006F4FDD">
      <w:pPr>
        <w:spacing w:after="12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ของผู้ว่าจ้าง เฉพาะจำนวนเงินที่ผู้รับจ้างได้รับชำระจริง</w:t>
      </w:r>
    </w:p>
    <w:p w14:paraId="5235E223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ในกรณีที่ผู้ว่าจ้างใช้เงินของตนเองร่วมกับเงินสินเชื่อ ผู้ว่าจ้างต้องชำระค่าจ้างในส่วนที่ไม่ได้รับสินเชื่อ</w:t>
      </w:r>
    </w:p>
    <w:p w14:paraId="78314788" w14:textId="77777777" w:rsidR="00EB5DA3" w:rsidRPr="006F4FDD" w:rsidRDefault="00000000" w:rsidP="006F4FDD">
      <w:pPr>
        <w:spacing w:after="12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ให้แก่ผู้รับจ้างตามจำนวนเงินและเงื่อนไขที่คู่สัญญาตกลงกัน</w:t>
      </w:r>
    </w:p>
    <w:p w14:paraId="15921F0D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ผู้รับจ้างต้องออกใบเสร็จรับเงินและเอกสารทางภาษีตามที่กฎหมายกำหนดให้แก่ผู้ว่าจ้างสำหรับเงินค่าจ้างที่ไ</w:t>
      </w:r>
    </w:p>
    <w:p w14:paraId="21BDE5E7" w14:textId="77777777" w:rsidR="00EB5DA3" w:rsidRPr="006F4FDD" w:rsidRDefault="00000000" w:rsidP="006F4FDD">
      <w:pPr>
        <w:spacing w:after="12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ด้รับชำระแต่ละงวด ไม่ว่าจะได้รับชำระจากผู้ว่าจ้างโดยตรงหรือได้รับโอนจากธนาคารหรือสถาบันการเงิน</w:t>
      </w:r>
    </w:p>
    <w:p w14:paraId="0D29A0E5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การชำระเงินงวดสุดท้ายไม่เป็นการปลดเปลื้องหน้าที่และความรับผิดชอบของผู้รับจ้างในการดำเนินการขออ</w:t>
      </w:r>
    </w:p>
    <w:p w14:paraId="110E19BB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นุญาตเชื่อมต่อระบบผลิตไฟฟ้ากับระบบจำหน่ายไฟฟ้า การแก้ไขข้อบกพร่อง การรับประกันงานติดตั้ง</w:t>
      </w:r>
    </w:p>
    <w:p w14:paraId="64FDD8AC" w14:textId="77777777" w:rsidR="00EB5DA3" w:rsidRPr="006F4FDD" w:rsidRDefault="00000000" w:rsidP="006F4FDD">
      <w:pPr>
        <w:spacing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การจัดให้มีประกันภัยอัคคีภัย และการให้บริการบำรุงรักษาและทำความสะอาดแผงเซลล์แสงอาทิตย์</w:t>
      </w:r>
    </w:p>
    <w:p w14:paraId="796E3218" w14:textId="77777777" w:rsidR="00EB5DA3" w:rsidRPr="006F4FDD" w:rsidRDefault="00000000" w:rsidP="006F4FDD">
      <w:pPr>
        <w:spacing w:after="16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ตามที่กำหนดไว้ในสัญญานี้</w:t>
      </w:r>
    </w:p>
    <w:p w14:paraId="1384CD57" w14:textId="77777777" w:rsidR="00EB5DA3" w:rsidRPr="006F4FDD" w:rsidRDefault="00000000" w:rsidP="006F4FDD">
      <w:pPr>
        <w:spacing w:after="174" w:line="396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b/>
          <w:bCs/>
          <w:color w:val="663286"/>
          <w:sz w:val="36"/>
          <w:szCs w:val="36"/>
        </w:rPr>
        <w:t>ข้อ 6 ระยะเวลาดำเนินงาน</w:t>
      </w:r>
    </w:p>
    <w:p w14:paraId="68C63794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ผู้รับจ้างต้องเริ่มงานติดตั้งภายในวันที่................................................. และ ดำเนินการติดตั้งระบบผลิต</w:t>
      </w:r>
    </w:p>
    <w:p w14:paraId="174F12B8" w14:textId="77777777" w:rsidR="00EB5DA3" w:rsidRPr="006F4FDD" w:rsidRDefault="00000000" w:rsidP="006F4FDD">
      <w:pPr>
        <w:spacing w:after="12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ไฟฟ้าพลังงานแสงอาทิตย์ให้แล้วเสร็จภายในวันที่.................................................... ( 6 เดือน)</w:t>
      </w:r>
    </w:p>
    <w:p w14:paraId="4F8DCA2D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ในกรณีที่มีเหตุสุดวิสัยหรือเหตุที่มิได้เกิดจากความผิดของผู้รับจ้าง ซึ่งทำให้ไม่สามารถดำเนินงานให้แล้ว</w:t>
      </w:r>
    </w:p>
    <w:p w14:paraId="0D91F612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เสร็จภายในระยะเวลาที่กำหนด ผู้รับจ้างต้องแจ้งให้ผู้ว่าจ้างทราบโดยไม่ชักช้า เพื่อขอขยายระยะเวลาการ</w:t>
      </w:r>
    </w:p>
    <w:p w14:paraId="3399BC39" w14:textId="77777777" w:rsidR="00EB5DA3" w:rsidRPr="006F4FDD" w:rsidRDefault="00000000" w:rsidP="006F4FDD">
      <w:pPr>
        <w:spacing w:after="16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ดำเนินงานตามสัญญา โดยต้องได้รับความตกลงจากผู้ว่าจ้าง</w:t>
      </w:r>
    </w:p>
    <w:p w14:paraId="2BD6AC94" w14:textId="77777777" w:rsidR="00EB5DA3" w:rsidRPr="006F4FDD" w:rsidRDefault="00000000" w:rsidP="006F4FDD">
      <w:pPr>
        <w:spacing w:after="174" w:line="396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b/>
          <w:bCs/>
          <w:color w:val="663286"/>
          <w:sz w:val="36"/>
          <w:szCs w:val="36"/>
        </w:rPr>
        <w:t>ข้อ 7 การขออนุญาตและการเชื่อมต่อระบบไฟฟ้า</w:t>
      </w:r>
    </w:p>
    <w:p w14:paraId="65A76362" w14:textId="77777777" w:rsidR="00EB5DA3" w:rsidRPr="006F4FDD" w:rsidRDefault="00000000" w:rsidP="006F4FDD">
      <w:pPr>
        <w:spacing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ผู้รับจ้างต้องดำเนินการจัดเตรียมเอกสารและยื่นคำขออนุญาตที่เกี่ยวข้องกับการติดตั้งและการเชื่อมต่อระบ</w:t>
      </w:r>
    </w:p>
    <w:p w14:paraId="619C9A97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บผลิตไฟฟ้าพลังงานแสงอาทิตย์เข้ากับโครงข่ายไฟฟ้าของการไฟฟ้า โดยต้องยื่นแบบคำขออนุญาต</w:t>
      </w:r>
    </w:p>
    <w:p w14:paraId="4FE37396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ต่อการไฟฟ้าภายใน 7 (เจ็ด) วัน นับถัดจากวันที่ติดตั้งระบบผลิตไฟฟ้าพลังงานแสงอาทิตย์แล้วเสร็จ</w:t>
      </w:r>
    </w:p>
    <w:p w14:paraId="63D62E70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และได้รับการส่งมอบเอกสารสำคัญจากผู้ว่าจ้างครบถ้วน รวมถึงติดตามผลการพิจารณาและดำเนินการ</w:t>
      </w:r>
    </w:p>
    <w:p w14:paraId="2AC05C93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แก้ไขเอกสารหรือการติดตั้งตามที่การไฟฟ้าแจ้งให้ดำเนินการ ทั้งนี้ ค่าใช้จ่ายในการดำเนินการขออนุญาต</w:t>
      </w:r>
    </w:p>
    <w:p w14:paraId="30AC3DBC" w14:textId="77777777" w:rsidR="00EB5DA3" w:rsidRPr="006F4FDD" w:rsidRDefault="00000000" w:rsidP="006F4FDD">
      <w:pPr>
        <w:spacing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ทั้งหมดเป็นความรับผิดชอบของผู้รับจ้าง</w:t>
      </w:r>
    </w:p>
    <w:p w14:paraId="5AC90FF7" w14:textId="77777777" w:rsidR="00EB5DA3" w:rsidRPr="006F4FDD" w:rsidRDefault="00EB5DA3" w:rsidP="006F4FDD">
      <w:pPr>
        <w:rPr>
          <w:rFonts w:ascii="TH SarabunPSK" w:hAnsi="TH SarabunPSK" w:cs="TH SarabunPSK"/>
          <w:sz w:val="32"/>
          <w:szCs w:val="32"/>
        </w:rPr>
        <w:sectPr w:rsidR="00EB5DA3" w:rsidRPr="006F4FDD">
          <w:headerReference w:type="default" r:id="rId12"/>
          <w:footerReference w:type="default" r:id="rId13"/>
          <w:pgSz w:w="11906" w:h="16838"/>
          <w:pgMar w:top="1134" w:right="1048" w:bottom="640" w:left="1106" w:header="0" w:footer="580" w:gutter="0"/>
          <w:cols w:space="720"/>
          <w:docGrid w:linePitch="360"/>
        </w:sectPr>
      </w:pPr>
    </w:p>
    <w:p w14:paraId="6E76592F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lastRenderedPageBreak/>
        <w:t>หากการไฟฟ้าแจ้งให้แก้ไขหรือปรับปรุงงานติดตั้งเนื่องจากการออกแบบ การเลือกใช้อุปกรณ์ หรือการติดตั้ง</w:t>
      </w:r>
    </w:p>
    <w:p w14:paraId="4D4853D7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ของผู้รับจ้างไม่เป็นไปตามมาตรฐานหรือข้อกำหนดที่เกี่ยวข้อง ผู้รับจ้างต้องดำเนินการแก้ไขให้ถูกต้องโดยไม่</w:t>
      </w:r>
    </w:p>
    <w:p w14:paraId="6AC52B01" w14:textId="77777777" w:rsidR="00EB5DA3" w:rsidRPr="006F4FDD" w:rsidRDefault="00000000" w:rsidP="006F4FDD">
      <w:pPr>
        <w:spacing w:after="12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คิดค่าใช้จ่ายเพิ่มเติมจากผู้ว่าจ้าง</w:t>
      </w:r>
    </w:p>
    <w:p w14:paraId="290FC5A4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ทั้งนี้ ผู้รับจ้างต้องไม่ดำเนินการเชื่อมต่อระบบผลิตไฟฟ้ากับโครงข่ายไฟฟ้าของการไฟฟ้าก่อนได้รับอนุญาต</w:t>
      </w:r>
    </w:p>
    <w:p w14:paraId="5D1DFD38" w14:textId="77777777" w:rsidR="00EB5DA3" w:rsidRPr="006F4FDD" w:rsidRDefault="00000000" w:rsidP="006F4FDD">
      <w:pPr>
        <w:spacing w:after="16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ตามหลักเกณฑ์ของการไฟฟ้า</w:t>
      </w:r>
    </w:p>
    <w:p w14:paraId="6288229C" w14:textId="77777777" w:rsidR="00EB5DA3" w:rsidRPr="006F4FDD" w:rsidRDefault="00000000" w:rsidP="006F4FDD">
      <w:pPr>
        <w:spacing w:after="174" w:line="396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b/>
          <w:bCs/>
          <w:color w:val="663286"/>
          <w:sz w:val="36"/>
          <w:szCs w:val="36"/>
        </w:rPr>
        <w:t>ข้อ 8 การรับประกันความชำรุดบกพร่องของงานติดตั้ง</w:t>
      </w:r>
    </w:p>
    <w:p w14:paraId="1BA4AFA3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ผู้รับจ้างตกลงรับประกันความชำรุดบกพร่องของงานติดตั้งระบบผลิตไฟฟ้าพลังงานแสงอาทิตย์เป็นระยะ</w:t>
      </w:r>
    </w:p>
    <w:p w14:paraId="17F2C873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เวลา 7 (เจ็ด) ปี นับถัดจากวันที่ระบบผลิตไฟฟ้าพลังงานแสงอาทิตย์ได้รับอนุญาตให้เชื่อมต่อกับโครงข่าย</w:t>
      </w:r>
    </w:p>
    <w:p w14:paraId="58009B26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ไฟฟ้าของการไฟฟ้าและสามารถเริ่มใช้งานได้โดยชอบตามหลักเกณฑ์ที่เกี่ยวข้อง ซึ่งต่อไปในสัญญานี้เรียกว่า</w:t>
      </w:r>
    </w:p>
    <w:p w14:paraId="2A4CE390" w14:textId="77777777" w:rsidR="00EB5DA3" w:rsidRPr="006F4FDD" w:rsidRDefault="00000000" w:rsidP="006F4FDD">
      <w:pPr>
        <w:spacing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“วันเริ่มต้นการรับประกัน” ทั้งนี้ ความรับผิดชอบของผู้ว่าจ้างต่อความชำรุดบกพร่องหรือความเสียหาย</w:t>
      </w:r>
    </w:p>
    <w:p w14:paraId="62C2CE39" w14:textId="77777777" w:rsidR="00EB5DA3" w:rsidRPr="006F4FDD" w:rsidRDefault="00000000" w:rsidP="006F4FDD">
      <w:pPr>
        <w:spacing w:after="12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อันเกิดจากการติดตั้งให้มีผลตั้งแต่วันที่ดำเนินงานติดตั้ง โดยไม่ต้องรอจนถึงวันเริ่มต้นการรับประกัน</w:t>
      </w:r>
    </w:p>
    <w:p w14:paraId="666E4269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การรับประกันนี้ให้ครอบคลุมความชำรุดบกพร่องอันเกิดจากการออกแบบ การติดตั้ง การเดินสายไฟฟ้า</w:t>
      </w:r>
    </w:p>
    <w:p w14:paraId="2EF6B0F4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จุดเชื่อมต่อ อุปกรณ์ยึดจับ และความเสียหายต่อพื้นที่ติดตั้ง โครงสร้างรองรับระบบ อันเกิดจากการติดตั้ง</w:t>
      </w:r>
    </w:p>
    <w:p w14:paraId="48EF4F51" w14:textId="77777777" w:rsidR="00EB5DA3" w:rsidRPr="006F4FDD" w:rsidRDefault="00000000" w:rsidP="006F4FDD">
      <w:pPr>
        <w:spacing w:after="12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ของผู้รับจ้าง</w:t>
      </w:r>
    </w:p>
    <w:p w14:paraId="1FC2A5A1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หากปรากฏความชำรุดบกพร่องภายในระยะเวลารับประกันอันเกิดจากการติดตั้งของผู้รับจ้าง ผู้รับจ้างต้อง</w:t>
      </w:r>
    </w:p>
    <w:p w14:paraId="0958C4BE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เข้าตรวจสอบภายใน 7 (เจ็ด) วัน นับถัดจากวันที่ได้รับแจ้งจากผู้ว่าจ้าง และดำเนินการแก้ไขให้ระบบกลับมา</w:t>
      </w:r>
    </w:p>
    <w:p w14:paraId="2D8069CB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อยู่ในสภาพที่สามารถใช้งานได้ตามปกติ ภายใน 15 (สิบห้า) วัน นับถัดจากวันที่เข้าตรวจสอบ โดยไม่คิดค่าใช้</w:t>
      </w:r>
    </w:p>
    <w:p w14:paraId="32675023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จ่ายใด ๆ จากผู้ว่าจ้าง เว้นแต่เป็นกรณีที่มีความเสี่ยงต่อชีวิตหรือทรัพย์สิน ซึ่งผู้รับจ้างต้องดำเนินการแก้ไข</w:t>
      </w:r>
    </w:p>
    <w:p w14:paraId="407A1BD1" w14:textId="77777777" w:rsidR="00EB5DA3" w:rsidRPr="006F4FDD" w:rsidRDefault="00000000" w:rsidP="006F4FDD">
      <w:pPr>
        <w:spacing w:after="16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หรือจัดให้มีมาตรการป้องกันอันตรายโดยเร่งด่วน</w:t>
      </w:r>
    </w:p>
    <w:p w14:paraId="2789F73F" w14:textId="77777777" w:rsidR="00EB5DA3" w:rsidRPr="006F4FDD" w:rsidRDefault="00000000" w:rsidP="006F4FDD">
      <w:pPr>
        <w:spacing w:after="172" w:line="396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b/>
          <w:bCs/>
          <w:color w:val="663286"/>
          <w:sz w:val="36"/>
          <w:szCs w:val="36"/>
        </w:rPr>
        <w:t>ข้อ 9 การประกันภัยอัคคีภัย</w:t>
      </w:r>
    </w:p>
    <w:p w14:paraId="72DEE8F3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ผู้รับจ้างตกลงจัดให้มีการประกันภัยอัคคีภัยสำหรับระบบผลิตไฟฟ้าพลังงานแสงอาทิตย์ที่ติดตั้งตามสัญญานี้</w:t>
      </w:r>
    </w:p>
    <w:p w14:paraId="6C9BB3E7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โดยให้ความคุ้มครองมีผลตั้งแต่วันเริ่มต้นการรับประกันตามข้อ 8 และมีระยะเวลาคุ้มครองต่อเนื่องเป็นเวลา</w:t>
      </w:r>
    </w:p>
    <w:p w14:paraId="2C51880D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7 (เจ็ด) ปี นับถัดจากวันดังกล่าว โดยผู้รับจ้างเป็นผู้รับผิดชอบค่าเบี้ยประกันภัยและค่าใช้จ่ายที่เกี่ยวข้อง</w:t>
      </w:r>
    </w:p>
    <w:p w14:paraId="4EDD1A30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ทั้งหมด ทั้งนี้ ผู้รับจ้างต้องส่งมอบสำเนากรมธรรม์หรือหลักฐานการประกันภัยให้แก่ผู้ว่าจ้าง และรับผิดชอบ</w:t>
      </w:r>
    </w:p>
    <w:p w14:paraId="13427783" w14:textId="77777777" w:rsidR="00EB5DA3" w:rsidRPr="006F4FDD" w:rsidRDefault="00000000" w:rsidP="006F4FDD">
      <w:pPr>
        <w:spacing w:after="12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ดำเนินการให้ความคุ้มครองมีผลต่อเนื่องตลอดระยะเวลาที่กำหนด</w:t>
      </w:r>
    </w:p>
    <w:p w14:paraId="77EF886B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กรมธรรม์ประกันภัยต้องให้ความคุ้มครองความเสียหายจากอัคคีภัยที่เกิดขึ้นกับระบบผลิตไฟฟ้าพลังงานแสง</w:t>
      </w:r>
    </w:p>
    <w:p w14:paraId="3B517B0A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อาทิตย์ตามเงื่อนไขที่กำหนดไว้ในกรมธรรม์ โดยมีจำนวนเงินเอาประกันภัยเริ่มต้นไม่น้อยกว่ามูลค่าระบบ</w:t>
      </w:r>
    </w:p>
    <w:p w14:paraId="3FEA0660" w14:textId="77777777" w:rsidR="00EB5DA3" w:rsidRPr="006F4FDD" w:rsidRDefault="00000000" w:rsidP="006F4FDD">
      <w:pPr>
        <w:spacing w:after="16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ผลิตไฟฟ้าพลังงานแสงอาทิตย์ตามสัญญา</w:t>
      </w:r>
    </w:p>
    <w:p w14:paraId="10035F41" w14:textId="77777777" w:rsidR="00EB5DA3" w:rsidRPr="006F4FDD" w:rsidRDefault="00000000" w:rsidP="006F4FDD">
      <w:pPr>
        <w:spacing w:after="174" w:line="396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b/>
          <w:bCs/>
          <w:color w:val="663286"/>
          <w:sz w:val="36"/>
          <w:szCs w:val="36"/>
        </w:rPr>
        <w:t>ข้อ 10 การบำรุงรักษาและทำความสะอาดแผงเซลล์แสงอาทิตย์</w:t>
      </w:r>
    </w:p>
    <w:p w14:paraId="6C69F3F0" w14:textId="77777777" w:rsidR="00EB5DA3" w:rsidRPr="006F4FDD" w:rsidRDefault="00000000" w:rsidP="006F4FDD">
      <w:pPr>
        <w:spacing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ผู้รับจ้างตกลงให้บริการบำรุงรักษาและและทำความสะอาดแผงเซลล์แสงอาทิตย์อย่างน้อยปีละ 1 (หนึ่ง) ครั้ง</w:t>
      </w:r>
    </w:p>
    <w:p w14:paraId="37C02849" w14:textId="77777777" w:rsidR="00EB5DA3" w:rsidRPr="006F4FDD" w:rsidRDefault="00000000" w:rsidP="006F4FDD">
      <w:pPr>
        <w:spacing w:after="16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เป็นระยะเวลา 7 (เจ็ด) ปี นับตั้งแต่วันเริ่มต้นการรับประกันตามข้อ 8 โดยไม่คิดค่าใช้จ่ายเพิ่มเติมจากผู้ว่าจ้าง</w:t>
      </w:r>
    </w:p>
    <w:p w14:paraId="61D65A26" w14:textId="77777777" w:rsidR="00EB5DA3" w:rsidRPr="006F4FDD" w:rsidRDefault="00000000" w:rsidP="006F4FDD">
      <w:pPr>
        <w:spacing w:after="174" w:line="396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b/>
          <w:bCs/>
          <w:color w:val="663286"/>
          <w:sz w:val="36"/>
          <w:szCs w:val="36"/>
        </w:rPr>
        <w:t>ข้อ 11 หลักประกันการปฏิบัติตามสัญญาและการรับประกัน</w:t>
      </w:r>
    </w:p>
    <w:p w14:paraId="774D57A4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ในวันลงนามในสัญญา ผู้รับจ้างต้องส่งมอบหนังสือค้ำประกันของธนาคารภายในประเทศ วงเงิน 50,000</w:t>
      </w:r>
    </w:p>
    <w:p w14:paraId="6D2827BC" w14:textId="77777777" w:rsidR="00EB5DA3" w:rsidRPr="006F4FDD" w:rsidRDefault="00000000" w:rsidP="006F4FDD">
      <w:pPr>
        <w:spacing w:after="12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(ห้าหมื่น) บาท ให้แก่ผู้ว่าจ้าง เพื่อเป็นหลักประกันการปฏิบัติตามสัญญา โดยมีรายละเอียดดังต่อไปนี้</w:t>
      </w:r>
    </w:p>
    <w:p w14:paraId="38894C8F" w14:textId="77777777" w:rsidR="00EB5DA3" w:rsidRPr="006F4FDD" w:rsidRDefault="00000000" w:rsidP="006F4FDD">
      <w:pPr>
        <w:spacing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ธนาคาร ................................................................ สาขา ................................................................</w:t>
      </w:r>
    </w:p>
    <w:p w14:paraId="064AEE22" w14:textId="77777777" w:rsidR="00EB5DA3" w:rsidRPr="006F4FDD" w:rsidRDefault="00EB5DA3" w:rsidP="006F4FDD">
      <w:pPr>
        <w:rPr>
          <w:rFonts w:ascii="TH SarabunPSK" w:hAnsi="TH SarabunPSK" w:cs="TH SarabunPSK"/>
          <w:sz w:val="32"/>
          <w:szCs w:val="32"/>
        </w:rPr>
        <w:sectPr w:rsidR="00EB5DA3" w:rsidRPr="006F4FDD">
          <w:headerReference w:type="default" r:id="rId14"/>
          <w:footerReference w:type="default" r:id="rId15"/>
          <w:pgSz w:w="11906" w:h="16838"/>
          <w:pgMar w:top="1134" w:right="1048" w:bottom="640" w:left="1106" w:header="0" w:footer="580" w:gutter="0"/>
          <w:cols w:space="720"/>
          <w:docGrid w:linePitch="360"/>
        </w:sectPr>
      </w:pPr>
    </w:p>
    <w:p w14:paraId="039E3C36" w14:textId="77777777" w:rsidR="00EB5DA3" w:rsidRPr="006F4FDD" w:rsidRDefault="00000000" w:rsidP="006F4FDD">
      <w:pPr>
        <w:spacing w:after="132" w:line="341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lastRenderedPageBreak/>
        <w:t>หนังสือค้ำประกันเลขที่ ........................................ ลงวันที่ ........................................................</w:t>
      </w:r>
    </w:p>
    <w:p w14:paraId="68789D62" w14:textId="77777777" w:rsidR="00EB5DA3" w:rsidRPr="006F4FDD" w:rsidRDefault="00000000" w:rsidP="006F4FDD">
      <w:pPr>
        <w:spacing w:after="11" w:line="341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หนังสือค้ำประกันดังกล่าวต้องมีผลใช้บังคับตลอดระยะเวลาการดำเนินงานจนกว่าผู้ว่าจ้างจะได้รับอนุญาต</w:t>
      </w:r>
    </w:p>
    <w:p w14:paraId="763ABA86" w14:textId="77777777" w:rsidR="00EB5DA3" w:rsidRPr="006F4FDD" w:rsidRDefault="00000000" w:rsidP="006F4FDD">
      <w:pPr>
        <w:spacing w:after="11" w:line="341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ให้เชื่อมต่อระบบผลิตไฟฟ้าพลังงานแสงอาทิตย์กับโครงข่ายไฟฟ้าของการไฟฟ้า และต้องครอบคลุมสิทธิ</w:t>
      </w:r>
    </w:p>
    <w:p w14:paraId="4612A589" w14:textId="77777777" w:rsidR="00EB5DA3" w:rsidRPr="006F4FDD" w:rsidRDefault="00000000" w:rsidP="006F4FDD">
      <w:pPr>
        <w:spacing w:after="131" w:line="341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เรียกร้องของผู้ว่าจ้างอันเกิดจากการผิดสัญญาของผู้รับจ้าง</w:t>
      </w:r>
    </w:p>
    <w:p w14:paraId="5465402D" w14:textId="77777777" w:rsidR="00EB5DA3" w:rsidRPr="006F4FDD" w:rsidRDefault="00000000" w:rsidP="006F4FDD">
      <w:pPr>
        <w:spacing w:after="11" w:line="341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ผู้รับจ้างต้องส่งมอบหนังสือค้ำประกันของธนาคารภายในประเทศ วงเงิน 10,000 (หนึ่งหมื่น) บาท</w:t>
      </w:r>
    </w:p>
    <w:p w14:paraId="4B5BDC28" w14:textId="77777777" w:rsidR="00EB5DA3" w:rsidRPr="006F4FDD" w:rsidRDefault="00000000" w:rsidP="006F4FDD">
      <w:pPr>
        <w:spacing w:after="11" w:line="341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ให้แก่ผู้ว่าจ้างภายใน 15 (สิบห้า) วันนับถัดจากวันที่ได้รับอนุญาตให้เชื่อมต่อระบบผลิตไฟฟ้าพลังงาน</w:t>
      </w:r>
    </w:p>
    <w:p w14:paraId="1E19D442" w14:textId="77777777" w:rsidR="00EB5DA3" w:rsidRPr="006F4FDD" w:rsidRDefault="00000000" w:rsidP="006F4FDD">
      <w:pPr>
        <w:spacing w:line="341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แสงอาทิตย์กับโครงข่ายไฟฟ้าของการไฟฟ้า เพื่อเป็นหลักประกันการรับประกันความชำรุดบกพร่องของ</w:t>
      </w:r>
    </w:p>
    <w:p w14:paraId="5FF0A6C4" w14:textId="77777777" w:rsidR="00EB5DA3" w:rsidRPr="006F4FDD" w:rsidRDefault="00000000" w:rsidP="006F4FDD">
      <w:pPr>
        <w:spacing w:after="226" w:line="341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งานติดตั้ง การจัดให้มีประกันอัคคีภัย และการให้บริการบำรุงรักษาและทำความสะอาดแผงเซลล์แสงอาทิตย์</w:t>
      </w:r>
    </w:p>
    <w:p w14:paraId="2E3A8F49" w14:textId="77777777" w:rsidR="00EB5DA3" w:rsidRPr="006F4FDD" w:rsidRDefault="00000000" w:rsidP="006F4FDD">
      <w:pPr>
        <w:spacing w:after="11" w:line="341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ผู้ว่าจ้างจะคืนหนังสือค้ำประกันวงเงิน 50,000 (ห้าหมื่น) บาท เมื่อได้รับหนังสือค้ำประกันวงเงิน 10,000</w:t>
      </w:r>
    </w:p>
    <w:p w14:paraId="1797B472" w14:textId="77777777" w:rsidR="00EB5DA3" w:rsidRPr="006F4FDD" w:rsidRDefault="00000000" w:rsidP="006F4FDD">
      <w:pPr>
        <w:spacing w:after="11" w:line="341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(หนึ่งหมื่น) บาท และไม่มีหนี้หรือสิทธิเรียกร้องที่ค้างอยู่ภายใต้หนังสือค้ำประกันฉบับเดิม ทั้งนี้ หากยังอยู่</w:t>
      </w:r>
    </w:p>
    <w:p w14:paraId="31F2337C" w14:textId="77777777" w:rsidR="00EB5DA3" w:rsidRPr="006F4FDD" w:rsidRDefault="00000000" w:rsidP="006F4FDD">
      <w:pPr>
        <w:spacing w:after="10" w:line="341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ระหว่างการตรวจสอบเหตุแห่งการเรียกร้องตามข้อ 12 ผู้รับจ้างต้องจัดให้หนังสือค้ำประกันวงเงิน 50,000</w:t>
      </w:r>
    </w:p>
    <w:p w14:paraId="33ADED1F" w14:textId="77777777" w:rsidR="00EB5DA3" w:rsidRPr="006F4FDD" w:rsidRDefault="00000000" w:rsidP="006F4FDD">
      <w:pPr>
        <w:spacing w:after="11" w:line="341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(ห้าหมื่น) บาท มีผลใช้บังคับต่อเนื่องจนกว่าเหตุแห่งการเรียกร้องดังกล่าวจะได้รับการพิจารณาหรือระงับ</w:t>
      </w:r>
    </w:p>
    <w:p w14:paraId="326E8645" w14:textId="77777777" w:rsidR="00EB5DA3" w:rsidRPr="006F4FDD" w:rsidRDefault="00000000" w:rsidP="006F4FDD">
      <w:pPr>
        <w:spacing w:after="131" w:line="341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ข้อพิพาทแล้ว</w:t>
      </w:r>
    </w:p>
    <w:p w14:paraId="5521CDE5" w14:textId="77777777" w:rsidR="00EB5DA3" w:rsidRPr="006F4FDD" w:rsidRDefault="00000000" w:rsidP="006F4FDD">
      <w:pPr>
        <w:spacing w:line="341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ผู้ว่าจ้างต้องคืนหนังสือค้ำประกันวงเงิน 10,000 บาทให้แก่ผู้รับจ้างภายใน 15 (สิบห้า) วัน นับถัดจากวันที่</w:t>
      </w:r>
    </w:p>
    <w:p w14:paraId="0CE4B950" w14:textId="77777777" w:rsidR="00EB5DA3" w:rsidRPr="006F4FDD" w:rsidRDefault="00000000" w:rsidP="006F4FDD">
      <w:pPr>
        <w:spacing w:after="266" w:line="341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ผู้รับจ้างปฏิบัติหน้าที่ตามสัญญาครบถ้วนและไม่มีหนี้หรือความรับผิดค้างชำระ</w:t>
      </w:r>
    </w:p>
    <w:p w14:paraId="3DA5F3DA" w14:textId="77777777" w:rsidR="00EB5DA3" w:rsidRPr="006F4FDD" w:rsidRDefault="00000000" w:rsidP="006F4FDD">
      <w:pPr>
        <w:spacing w:after="186" w:line="384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b/>
          <w:bCs/>
          <w:color w:val="663286"/>
          <w:sz w:val="36"/>
          <w:szCs w:val="36"/>
        </w:rPr>
        <w:t>ข้อ 12 ค่าปรับ และค่าเสียหาย</w:t>
      </w:r>
    </w:p>
    <w:p w14:paraId="2288B81B" w14:textId="77777777" w:rsidR="00EB5DA3" w:rsidRPr="006F4FDD" w:rsidRDefault="00000000" w:rsidP="006F4FDD">
      <w:pPr>
        <w:spacing w:after="11" w:line="341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หากผู้รับจ้างไม่สามารถดำเนินงานติดตั้งระบบผลิตไฟฟ้าพลังงานแสงอาทิตย์ให้แล้วเสร็จภายในระยะเวลาที่</w:t>
      </w:r>
    </w:p>
    <w:p w14:paraId="720BA957" w14:textId="77777777" w:rsidR="00EB5DA3" w:rsidRPr="006F4FDD" w:rsidRDefault="00000000" w:rsidP="006F4FDD">
      <w:pPr>
        <w:spacing w:after="11" w:line="341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กำหนดไว้ในสัญญา โดยมิได้เกิดจากเหตุสุดวิสัยหรือมิได้เกิดจากเหตุที่ผู้รับจ้างไม่ต้องรับผิด ผู้รับจ้างตกลง</w:t>
      </w:r>
    </w:p>
    <w:p w14:paraId="446C5E06" w14:textId="77777777" w:rsidR="00EB5DA3" w:rsidRPr="006F4FDD" w:rsidRDefault="00000000" w:rsidP="006F4FDD">
      <w:pPr>
        <w:spacing w:after="11" w:line="341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ชำระค่าปรับให้แก่ผู้ว่าจ้างเป็นรายวันในอัตราร้อยละ 0.1 (ศูนย์จุดหนึ่ง) ของค่าจ้างทั้งหมดตามสัญญา นับ</w:t>
      </w:r>
    </w:p>
    <w:p w14:paraId="0C5FE9EB" w14:textId="77777777" w:rsidR="00EB5DA3" w:rsidRPr="006F4FDD" w:rsidRDefault="00000000" w:rsidP="006F4FDD">
      <w:pPr>
        <w:spacing w:after="132" w:line="341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ถัดจากวันที่ครบกำหนดแล้วเสร็จตามสัญญาจนถึงวันที่ผู้รับจ้างดำเนินงานติดตั้งแล้วเสร็จ</w:t>
      </w:r>
    </w:p>
    <w:p w14:paraId="569D98C3" w14:textId="77777777" w:rsidR="00EB5DA3" w:rsidRPr="006F4FDD" w:rsidRDefault="00000000" w:rsidP="006F4FDD">
      <w:pPr>
        <w:spacing w:after="9" w:line="341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ในกรณีที่ผู้รับจ้างดำเนินงานติดตั้งไม่แล้วเสร็จภายในระยะเวลาที่กำหนดไว้ในสัญญา อันเนื่องมาจาก</w:t>
      </w:r>
    </w:p>
    <w:p w14:paraId="76FA5A1C" w14:textId="77777777" w:rsidR="00EB5DA3" w:rsidRPr="006F4FDD" w:rsidRDefault="00000000" w:rsidP="006F4FDD">
      <w:pPr>
        <w:spacing w:after="11" w:line="341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ความผิดของผู้รับจ้างและเป็นเหตุโดยตรงให้ผู้ว่าจ้างไม่ได้รับเงินสนับสนุนค่าซื้ออุปกรณ์และค่าติดตั้งระบบ</w:t>
      </w:r>
    </w:p>
    <w:p w14:paraId="7D5FEC3D" w14:textId="77777777" w:rsidR="00EB5DA3" w:rsidRPr="006F4FDD" w:rsidRDefault="00000000" w:rsidP="006F4FDD">
      <w:pPr>
        <w:spacing w:after="11" w:line="341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ผลิตไฟฟ้า พลังงานแสงอาทิตย์จากภาครัฐภายใต้โครงการ Solar ภาคประชาชน ซึ่งผู้ว่าจ้างมีสิทธิได้รับตาม</w:t>
      </w:r>
    </w:p>
    <w:p w14:paraId="63F6DAF7" w14:textId="77777777" w:rsidR="00EB5DA3" w:rsidRPr="006F4FDD" w:rsidRDefault="00000000" w:rsidP="006F4FDD">
      <w:pPr>
        <w:spacing w:after="11" w:line="341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หลักเกณฑ์และเงื่อนไขของโครงการ ผู้ว่าจ้างมีสิทธิเรียกร้องให้ธนาคารชำระเงินตามหนังสือค้ำประกันการ</w:t>
      </w:r>
    </w:p>
    <w:p w14:paraId="103B2AD9" w14:textId="77777777" w:rsidR="00EB5DA3" w:rsidRPr="006F4FDD" w:rsidRDefault="00000000" w:rsidP="006F4FDD">
      <w:pPr>
        <w:spacing w:after="11" w:line="341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ปฏิบัติตามสัญญาตามข้อ 11 ภายในวงเงินค้ำประกัน 50,000 (ห้าหมื่น) บาท ทั้งนี้ ตามเงื่อนไขที่กำหนดไว้</w:t>
      </w:r>
    </w:p>
    <w:p w14:paraId="48E776A3" w14:textId="77777777" w:rsidR="00EB5DA3" w:rsidRPr="006F4FDD" w:rsidRDefault="00000000" w:rsidP="006F4FDD">
      <w:pPr>
        <w:spacing w:after="131" w:line="341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ในหนังสือค้ำประกัน</w:t>
      </w:r>
    </w:p>
    <w:p w14:paraId="72BF20B5" w14:textId="77777777" w:rsidR="00EB5DA3" w:rsidRPr="006F4FDD" w:rsidRDefault="00000000" w:rsidP="006F4FDD">
      <w:pPr>
        <w:spacing w:after="11" w:line="341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ในกรณีที่ผู้รับจ้างไม่ปฏิบัติตามหน้าที่ในการรับประกันงานติดตั้ง การจัดให้มีประกันภัยอัคคีภัย หรือการให้</w:t>
      </w:r>
    </w:p>
    <w:p w14:paraId="2956A343" w14:textId="77777777" w:rsidR="00EB5DA3" w:rsidRPr="006F4FDD" w:rsidRDefault="00000000" w:rsidP="006F4FDD">
      <w:pPr>
        <w:spacing w:after="11" w:line="341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บริการบำรุงรักษาและทำความสะอาดแผงเซลล์แสงอาทิตย์ตามที่กำหนดไว้ในสัญญา ผู้ว่าจ้างมีสิทธิดำเนิน</w:t>
      </w:r>
    </w:p>
    <w:p w14:paraId="7BC1FD34" w14:textId="77777777" w:rsidR="00EB5DA3" w:rsidRPr="006F4FDD" w:rsidRDefault="00000000" w:rsidP="006F4FDD">
      <w:pPr>
        <w:spacing w:after="11" w:line="341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การเองหรือว่าจ้างบุคคลอื่นดำเนินการแทน และให้ผู้รับจ้างรับผิดชอบค่าใช้จ่ายที่จำเป็นตามที่เกิดขึ้นจริง</w:t>
      </w:r>
    </w:p>
    <w:p w14:paraId="5C1BB91D" w14:textId="77777777" w:rsidR="00EB5DA3" w:rsidRPr="006F4FDD" w:rsidRDefault="00000000" w:rsidP="006F4FDD">
      <w:pPr>
        <w:spacing w:after="172" w:line="341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รวมทั้งใช้สิทธิเรียกร้องตามหนังสือค้ำประกันภายใต้เงื่อนไขที่กำหนด</w:t>
      </w:r>
    </w:p>
    <w:p w14:paraId="2E9965E1" w14:textId="77777777" w:rsidR="00EB5DA3" w:rsidRPr="006F4FDD" w:rsidRDefault="00000000" w:rsidP="006F4FDD">
      <w:pPr>
        <w:spacing w:after="183" w:line="384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b/>
          <w:bCs/>
          <w:color w:val="663286"/>
          <w:sz w:val="36"/>
          <w:szCs w:val="36"/>
        </w:rPr>
        <w:t>ข้อ 13 การบอกเลิกสัญญา</w:t>
      </w:r>
    </w:p>
    <w:p w14:paraId="4DE62222" w14:textId="77777777" w:rsidR="00EB5DA3" w:rsidRPr="006F4FDD" w:rsidRDefault="00000000" w:rsidP="006F4FDD">
      <w:pPr>
        <w:spacing w:after="11" w:line="341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หากคู่สัญญาฝ่ายใดฝ่ายหนึ่งไม่ปฏิบัติตามข้อกำหนดอันเป็นสาระสำคัญของสัญญา อีกฝ่ายหนึ่งมีสิทธิแจ้ง</w:t>
      </w:r>
    </w:p>
    <w:p w14:paraId="10B85170" w14:textId="77777777" w:rsidR="00EB5DA3" w:rsidRPr="006F4FDD" w:rsidRDefault="00000000" w:rsidP="006F4FDD">
      <w:pPr>
        <w:spacing w:after="11" w:line="341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เป็นหนังสือให้ฝ่ายที่ผิดสัญญาดำเนินการแก้ไขภายในระยะเวลาที่กำหนด หากฝ่ายที่ผิดสัญญาไม่ดำเนินการ</w:t>
      </w:r>
    </w:p>
    <w:p w14:paraId="0A18FC6C" w14:textId="77777777" w:rsidR="00EB5DA3" w:rsidRPr="006F4FDD" w:rsidRDefault="00000000" w:rsidP="006F4FDD">
      <w:pPr>
        <w:spacing w:after="131" w:line="341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แก้ไขภายในระยะเวลาดังกล่าว อีกฝ่ายหนึ่งมีสิทธิบอกเลิกสัญญาและเรียกร้องค่าเสียหายตามกฎหมาย</w:t>
      </w:r>
    </w:p>
    <w:p w14:paraId="7B9880B1" w14:textId="77777777" w:rsidR="00EB5DA3" w:rsidRPr="006F4FDD" w:rsidRDefault="00000000" w:rsidP="006F4FDD">
      <w:pPr>
        <w:spacing w:after="11" w:line="341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เมื่อมีการบอกเลิกสัญญา คู่สัญญาต้องร่วมกันตรวจสอบงานที่ได้ดำเนินการแล้ว วัสดุอุปกรณ์ที่จัดหา และ</w:t>
      </w:r>
    </w:p>
    <w:p w14:paraId="248DEEC1" w14:textId="77777777" w:rsidR="00EB5DA3" w:rsidRPr="006F4FDD" w:rsidRDefault="00000000" w:rsidP="006F4FDD">
      <w:pPr>
        <w:spacing w:after="11" w:line="341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จำนวนเงินที่ได้ชำระไป เพื่อดำเนินการชำระบัญชีและคืนเงินหรือทรัพย์สินตามสิทธิและหน้าที่ของแต่ละฝ่าย</w:t>
      </w:r>
    </w:p>
    <w:p w14:paraId="740D1DAE" w14:textId="77777777" w:rsidR="00EB5DA3" w:rsidRPr="006F4FDD" w:rsidRDefault="00000000" w:rsidP="006F4FDD">
      <w:pPr>
        <w:spacing w:line="341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โดยไม่กระทบต่อ สิทธิในการเรียกร้องค่าปรับหรือค่าเสียหายที่เกิดขึ้นก่อนการบอกเลิกสัญญา</w:t>
      </w:r>
    </w:p>
    <w:p w14:paraId="36388590" w14:textId="77777777" w:rsidR="00EB5DA3" w:rsidRPr="006F4FDD" w:rsidRDefault="00EB5DA3" w:rsidP="006F4FDD">
      <w:pPr>
        <w:rPr>
          <w:rFonts w:ascii="TH SarabunPSK" w:hAnsi="TH SarabunPSK" w:cs="TH SarabunPSK"/>
          <w:sz w:val="32"/>
          <w:szCs w:val="32"/>
        </w:rPr>
        <w:sectPr w:rsidR="00EB5DA3" w:rsidRPr="006F4FDD">
          <w:headerReference w:type="default" r:id="rId16"/>
          <w:footerReference w:type="default" r:id="rId17"/>
          <w:pgSz w:w="11906" w:h="16838"/>
          <w:pgMar w:top="1134" w:right="1048" w:bottom="640" w:left="1106" w:header="0" w:footer="580" w:gutter="0"/>
          <w:cols w:space="720"/>
          <w:docGrid w:linePitch="360"/>
        </w:sectPr>
      </w:pPr>
    </w:p>
    <w:p w14:paraId="3168A7C6" w14:textId="77777777" w:rsidR="00EB5DA3" w:rsidRPr="006F4FDD" w:rsidRDefault="00000000" w:rsidP="006F4FDD">
      <w:pPr>
        <w:spacing w:after="174" w:line="396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b/>
          <w:bCs/>
          <w:color w:val="663286"/>
          <w:sz w:val="36"/>
          <w:szCs w:val="36"/>
        </w:rPr>
        <w:lastRenderedPageBreak/>
        <w:t>ข้อ 14 การจ้างช่วง</w:t>
      </w:r>
    </w:p>
    <w:p w14:paraId="16F93531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ผู้รับจ้างอาจมอบหมายให้บุคคลอื่นดำเนินงานบางส่วนตามสัญญาได้ โดยต้องจัดให้บุคคลดังกล่าว</w:t>
      </w:r>
    </w:p>
    <w:p w14:paraId="717A5F9B" w14:textId="77777777" w:rsidR="00EB5DA3" w:rsidRPr="006F4FDD" w:rsidRDefault="00000000" w:rsidP="006F4FDD">
      <w:pPr>
        <w:spacing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มีคุณสมบัติและความสามารถเหมาะสมกับลักษณะงาน ทั้งนี้ การจ้างช่วงไม่เป็นเหตุให้ผู้รับจ้างพ้นจากหน้าที่</w:t>
      </w:r>
    </w:p>
    <w:p w14:paraId="7EB2B018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หรือความรับผิดชอบตามสัญญา และผู้รับจ้างต้องรับผิดชอบต่อการกระทำหรือการละเว้นการกระทำของ</w:t>
      </w:r>
    </w:p>
    <w:p w14:paraId="281A936A" w14:textId="77777777" w:rsidR="00EB5DA3" w:rsidRPr="006F4FDD" w:rsidRDefault="00000000" w:rsidP="006F4FDD">
      <w:pPr>
        <w:spacing w:after="12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ผู้รับจ้างช่วงเสมือนเป็นการกระทำของผู้รับจ้างเอง</w:t>
      </w:r>
    </w:p>
    <w:p w14:paraId="1E960561" w14:textId="77777777" w:rsidR="00EB5DA3" w:rsidRPr="006F4FDD" w:rsidRDefault="00000000" w:rsidP="006F4FDD">
      <w:pPr>
        <w:spacing w:after="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สัญญานี้ทำขึ้นเป็นสองฉบับ มีข้อความถูกต้องตรงกัน คู่สัญญาทั้งสองฝ่ายได้อ่านและเข้าใจข้อความใน</w:t>
      </w:r>
    </w:p>
    <w:p w14:paraId="7C5912BB" w14:textId="77777777" w:rsidR="00EB5DA3" w:rsidRPr="006F4FDD" w:rsidRDefault="00000000" w:rsidP="006F4FDD">
      <w:pPr>
        <w:spacing w:after="594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สัญญาโดยตลอดแล้ว จึงลงลายมือชื่อไว้เป็นหลักฐานต่อหน้าพยาน และต่างฝ่ายต่างเก็บไว้ฝ่ายละหนึ่งฉบับ</w:t>
      </w:r>
    </w:p>
    <w:p w14:paraId="00308E7E" w14:textId="77777777" w:rsidR="00EB5DA3" w:rsidRPr="006F4FDD" w:rsidRDefault="00000000" w:rsidP="006F4FDD">
      <w:pPr>
        <w:spacing w:after="12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ลงชื่อ ........................................................ ผู้ว่าจ้าง</w:t>
      </w:r>
    </w:p>
    <w:p w14:paraId="61D7234E" w14:textId="77777777" w:rsidR="00EB5DA3" w:rsidRPr="006F4FDD" w:rsidRDefault="00000000" w:rsidP="006F4FDD">
      <w:pPr>
        <w:spacing w:after="12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(........................................................)</w:t>
      </w:r>
    </w:p>
    <w:p w14:paraId="157255A3" w14:textId="77777777" w:rsidR="00EB5DA3" w:rsidRPr="006F4FDD" w:rsidRDefault="00000000" w:rsidP="006F4FDD">
      <w:pPr>
        <w:spacing w:after="12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ลงชื่อ ........................................................ ผู้รับจ้าง</w:t>
      </w:r>
    </w:p>
    <w:p w14:paraId="5E4BF819" w14:textId="77777777" w:rsidR="00EB5DA3" w:rsidRPr="006F4FDD" w:rsidRDefault="00000000" w:rsidP="006F4FDD">
      <w:pPr>
        <w:spacing w:after="12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(........................................................)</w:t>
      </w:r>
    </w:p>
    <w:p w14:paraId="2379C587" w14:textId="77777777" w:rsidR="00EB5DA3" w:rsidRPr="006F4FDD" w:rsidRDefault="00000000" w:rsidP="006F4FDD">
      <w:pPr>
        <w:spacing w:after="12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ลงชื่อ ........................................................ พยาน</w:t>
      </w:r>
    </w:p>
    <w:p w14:paraId="119B9BD8" w14:textId="77777777" w:rsidR="00EB5DA3" w:rsidRPr="006F4FDD" w:rsidRDefault="00000000" w:rsidP="006F4FDD">
      <w:pPr>
        <w:spacing w:after="118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(........................................................)</w:t>
      </w:r>
    </w:p>
    <w:p w14:paraId="19B6721B" w14:textId="77777777" w:rsidR="00EB5DA3" w:rsidRPr="006F4FDD" w:rsidRDefault="00000000" w:rsidP="006F4FDD">
      <w:pPr>
        <w:spacing w:after="121"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ลงชื่อ ........................................................ พยาน</w:t>
      </w:r>
    </w:p>
    <w:p w14:paraId="074437F9" w14:textId="77777777" w:rsidR="00EB5DA3" w:rsidRPr="006F4FDD" w:rsidRDefault="00000000" w:rsidP="006F4FDD">
      <w:pPr>
        <w:spacing w:line="352" w:lineRule="exact"/>
        <w:rPr>
          <w:rFonts w:ascii="TH SarabunPSK" w:hAnsi="TH SarabunPSK" w:cs="TH SarabunPSK"/>
          <w:sz w:val="32"/>
          <w:szCs w:val="32"/>
        </w:rPr>
      </w:pPr>
      <w:r w:rsidRPr="006F4FDD">
        <w:rPr>
          <w:rFonts w:ascii="TH SarabunPSK" w:hAnsi="TH SarabunPSK" w:cs="TH SarabunPSK" w:hint="cs"/>
          <w:sz w:val="32"/>
          <w:szCs w:val="32"/>
        </w:rPr>
        <w:t>(....................................................</w:t>
      </w:r>
    </w:p>
    <w:sectPr w:rsidR="00EB5DA3" w:rsidRPr="006F4FDD" w:rsidSect="00034616">
      <w:headerReference w:type="default" r:id="rId18"/>
      <w:footerReference w:type="default" r:id="rId19"/>
      <w:pgSz w:w="11906" w:h="16838"/>
      <w:pgMar w:top="1134" w:right="1048" w:bottom="640" w:left="1106" w:header="0" w:footer="5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A5F8D" w14:textId="77777777" w:rsidR="00061328" w:rsidRDefault="00061328">
      <w:pPr>
        <w:spacing w:line="240" w:lineRule="auto"/>
      </w:pPr>
      <w:r>
        <w:separator/>
      </w:r>
    </w:p>
  </w:endnote>
  <w:endnote w:type="continuationSeparator" w:id="0">
    <w:p w14:paraId="636775AB" w14:textId="77777777" w:rsidR="00061328" w:rsidRDefault="000613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arabun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56F07" w14:textId="2CBCEC2B" w:rsidR="00EB5DA3" w:rsidRPr="006F4FDD" w:rsidRDefault="00EB5DA3">
    <w:pPr>
      <w:pStyle w:val="Footer"/>
      <w:spacing w:line="300" w:lineRule="exact"/>
      <w:jc w:val="right"/>
      <w:rPr>
        <w:rFonts w:cstheme="minorBidi"/>
        <w:szCs w:val="20"/>
        <w:lang w:bidi="th-TH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1227F" w14:textId="66BCFF11" w:rsidR="00EB5DA3" w:rsidRDefault="00EB5DA3">
    <w:pPr>
      <w:pStyle w:val="Footer"/>
      <w:spacing w:line="300" w:lineRule="exact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BEC25" w14:textId="7B921A05" w:rsidR="00EB5DA3" w:rsidRDefault="00EB5DA3">
    <w:pPr>
      <w:pStyle w:val="Footer"/>
      <w:spacing w:line="300" w:lineRule="exact"/>
      <w:jc w:val="righ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8C825" w14:textId="2EFD32C5" w:rsidR="00EB5DA3" w:rsidRDefault="00EB5DA3">
    <w:pPr>
      <w:pStyle w:val="Footer"/>
      <w:spacing w:line="300" w:lineRule="exact"/>
      <w:jc w:val="righ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C7AC8" w14:textId="42917A45" w:rsidR="00EB5DA3" w:rsidRDefault="00EB5DA3">
    <w:pPr>
      <w:pStyle w:val="Footer"/>
      <w:spacing w:line="300" w:lineRule="exact"/>
      <w:jc w:val="righ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50A77" w14:textId="620C8693" w:rsidR="00EB5DA3" w:rsidRDefault="00EB5DA3">
    <w:pPr>
      <w:pStyle w:val="Footer"/>
      <w:spacing w:line="300" w:lineRule="exac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B3069" w14:textId="77777777" w:rsidR="00061328" w:rsidRDefault="00061328">
      <w:pPr>
        <w:spacing w:line="240" w:lineRule="auto"/>
      </w:pPr>
      <w:r>
        <w:separator/>
      </w:r>
    </w:p>
  </w:footnote>
  <w:footnote w:type="continuationSeparator" w:id="0">
    <w:p w14:paraId="435860FD" w14:textId="77777777" w:rsidR="00061328" w:rsidRDefault="000613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0A9FB" w14:textId="6FCB8462" w:rsidR="00EB5DA3" w:rsidRDefault="00EB5DA3">
    <w:pPr>
      <w:pStyle w:val="Header"/>
      <w:spacing w:line="20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FA85D" w14:textId="6DA28AA0" w:rsidR="00EB5DA3" w:rsidRDefault="00EB5DA3">
    <w:pPr>
      <w:pStyle w:val="Header"/>
      <w:spacing w:line="2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CD485" w14:textId="0FAD130A" w:rsidR="00EB5DA3" w:rsidRDefault="00EB5DA3">
    <w:pPr>
      <w:pStyle w:val="Header"/>
      <w:spacing w:line="20" w:lineRule="exac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C164C" w14:textId="7DC0244C" w:rsidR="00EB5DA3" w:rsidRDefault="00EB5DA3">
    <w:pPr>
      <w:pStyle w:val="Header"/>
      <w:spacing w:line="20" w:lineRule="exac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66CAF" w14:textId="4F3D6441" w:rsidR="00EB5DA3" w:rsidRDefault="00EB5DA3">
    <w:pPr>
      <w:pStyle w:val="Header"/>
      <w:spacing w:line="20" w:lineRule="exac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A97C5" w14:textId="013BFA24" w:rsidR="00EB5DA3" w:rsidRDefault="00EB5DA3">
    <w:pPr>
      <w:pStyle w:val="Header"/>
      <w:spacing w:line="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2725620">
    <w:abstractNumId w:val="8"/>
  </w:num>
  <w:num w:numId="2" w16cid:durableId="197402394">
    <w:abstractNumId w:val="6"/>
  </w:num>
  <w:num w:numId="3" w16cid:durableId="640841409">
    <w:abstractNumId w:val="5"/>
  </w:num>
  <w:num w:numId="4" w16cid:durableId="1341811584">
    <w:abstractNumId w:val="4"/>
  </w:num>
  <w:num w:numId="5" w16cid:durableId="458690053">
    <w:abstractNumId w:val="7"/>
  </w:num>
  <w:num w:numId="6" w16cid:durableId="289630429">
    <w:abstractNumId w:val="3"/>
  </w:num>
  <w:num w:numId="7" w16cid:durableId="2053187413">
    <w:abstractNumId w:val="2"/>
  </w:num>
  <w:num w:numId="8" w16cid:durableId="1638334679">
    <w:abstractNumId w:val="1"/>
  </w:num>
  <w:num w:numId="9" w16cid:durableId="916524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1328"/>
    <w:rsid w:val="0015074B"/>
    <w:rsid w:val="001F3714"/>
    <w:rsid w:val="002556AD"/>
    <w:rsid w:val="0029639D"/>
    <w:rsid w:val="00326F90"/>
    <w:rsid w:val="005570C9"/>
    <w:rsid w:val="006F4FDD"/>
    <w:rsid w:val="007A3C7F"/>
    <w:rsid w:val="0088601B"/>
    <w:rsid w:val="00A94DC5"/>
    <w:rsid w:val="00AA1D8D"/>
    <w:rsid w:val="00B47730"/>
    <w:rsid w:val="00CB0664"/>
    <w:rsid w:val="00EB5DA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1E66694"/>
  <w14:defaultImageDpi w14:val="300"/>
  <w15:docId w15:val="{70CBF693-215C-4366-B006-3011652E5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widowControl w:val="0"/>
      <w:spacing w:after="0"/>
    </w:pPr>
    <w:rPr>
      <w:rFonts w:ascii="Sarabun" w:eastAsia="Sarabun" w:hAnsi="Sarabun" w:cs="Sarabun"/>
      <w:color w:val="242731"/>
      <w:sz w:val="23"/>
      <w:szCs w:val="2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2420</Words>
  <Characters>13795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16183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ร่าง สัญญาจ้างติดตั้งระบบผลิตไฟฟ้าพลังงานแสงอาทิตย์</dc:title>
  <dc:subject>ถอดข้อความจากร่างสัญญาในคู่มือโครงการโซลาร์ภาคประชาชน</dc:subject>
  <dc:creator>python-docx</dc:creator>
  <cp:keywords/>
  <dc:description>generated by python-docx</dc:description>
  <cp:lastModifiedBy>Soravit Tangkana</cp:lastModifiedBy>
  <cp:revision>2</cp:revision>
  <dcterms:created xsi:type="dcterms:W3CDTF">2026-10-27T09:07:00Z</dcterms:created>
  <dcterms:modified xsi:type="dcterms:W3CDTF">2026-10-27T09:07:00Z</dcterms:modified>
  <cp:category/>
</cp:coreProperties>
</file>